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Root Cause Analysis Report</w:t>
      </w:r>
    </w:p>
    <w:p>
      <w:r>
        <w:t>A complete investigation record from problem definition through verified corrective action.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1. Case details</w:t>
      </w:r>
    </w:p>
    <w:p>
      <w:r>
        <w:rPr>
          <w:b/>
        </w:rPr>
        <w:t>RCA ID</w:t>
      </w:r>
    </w:p>
    <w:p>
      <w:r>
        <w:t>________________________________________________________________________________</w:t>
      </w:r>
    </w:p>
    <w:p>
      <w:r>
        <w:rPr>
          <w:b/>
        </w:rPr>
        <w:t>Date opened</w:t>
      </w:r>
    </w:p>
    <w:p>
      <w:r>
        <w:t>________________________________________________________________________________</w:t>
      </w:r>
    </w:p>
    <w:p>
      <w:r>
        <w:rPr>
          <w:b/>
        </w:rPr>
        <w:t>Investigation lead</w:t>
      </w:r>
    </w:p>
    <w:p>
      <w:r>
        <w:t>________________________________________________________________________________</w:t>
      </w:r>
    </w:p>
    <w:p>
      <w:r>
        <w:rPr>
          <w:b/>
        </w:rPr>
        <w:t>Team / department</w:t>
      </w:r>
    </w:p>
    <w:p>
      <w:r>
        <w:t>________________________________________________________________________________</w:t>
      </w:r>
    </w:p>
    <w:p>
      <w:r>
        <w:rPr>
          <w:b/>
        </w:rPr>
        <w:t>Location / system</w:t>
      </w:r>
    </w:p>
    <w:p>
      <w:r>
        <w:t>________________________________________________________________________________</w:t>
      </w:r>
    </w:p>
    <w:p>
      <w:r>
        <w:rPr>
          <w:b/>
        </w:rPr>
        <w:t>Severity / priority</w:t>
      </w:r>
    </w:p>
    <w:p>
      <w:r>
        <w:t>________________________________________________________________________________</w:t>
      </w:r>
    </w:p>
    <w:p>
      <w:r>
        <w:rPr>
          <w:b/>
        </w:rPr>
        <w:t>Date closed</w:t>
      </w:r>
    </w:p>
    <w:p>
      <w:r>
        <w:t>________________________________________________________________________________</w:t>
      </w:r>
    </w:p>
    <w:p>
      <w:pPr>
        <w:pStyle w:val="Heading1"/>
      </w:pPr>
      <w:r>
        <w:t>2. Problem statement</w:t>
      </w:r>
    </w:p>
    <w:p>
      <w:r>
        <w:rPr>
          <w:b/>
        </w:rPr>
        <w:t>What happened?</w:t>
      </w:r>
    </w:p>
    <w:p>
      <w:r>
        <w:t>________________________________________________________________________________</w:t>
      </w:r>
    </w:p>
    <w:p>
      <w:r>
        <w:rPr>
          <w:b/>
        </w:rPr>
        <w:t>Where and when did it happen?</w:t>
      </w:r>
    </w:p>
    <w:p>
      <w:r>
        <w:t>________________________________________________________________________________</w:t>
      </w:r>
    </w:p>
    <w:p>
      <w:r>
        <w:rPr>
          <w:b/>
        </w:rPr>
        <w:t>How often / how many affected?</w:t>
      </w:r>
    </w:p>
    <w:p>
      <w:r>
        <w:t>________________________________________________________________________________</w:t>
      </w:r>
    </w:p>
    <w:p>
      <w:r>
        <w:rPr>
          <w:b/>
        </w:rPr>
        <w:t>Expected result</w:t>
      </w:r>
    </w:p>
    <w:p>
      <w:r>
        <w:t>________________________________________________________________________________</w:t>
      </w:r>
    </w:p>
    <w:p>
      <w:r>
        <w:rPr>
          <w:b/>
        </w:rPr>
        <w:t>Actual result</w:t>
      </w:r>
    </w:p>
    <w:p>
      <w:r>
        <w:t>________________________________________________________________________________</w:t>
      </w:r>
    </w:p>
    <w:p>
      <w:r>
        <w:rPr>
          <w:b/>
        </w:rPr>
        <w:t>Business / customer impact</w:t>
      </w:r>
    </w:p>
    <w:p>
      <w:r>
        <w:t>________________________________________________________________________________</w:t>
      </w:r>
    </w:p>
    <w:p>
      <w:pPr>
        <w:pStyle w:val="Heading1"/>
      </w:pPr>
      <w:r>
        <w:t>3. Immediate containment</w:t>
      </w:r>
    </w:p>
    <w:p>
      <w:r>
        <w:rPr>
          <w:b/>
        </w:rPr>
        <w:t>Containment action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r>
        <w:rPr>
          <w:b/>
        </w:rPr>
        <w:t>Completed date</w:t>
      </w:r>
    </w:p>
    <w:p>
      <w:r>
        <w:t>________________________________________________________________________________</w:t>
      </w:r>
    </w:p>
    <w:p>
      <w:r>
        <w:rPr>
          <w:b/>
        </w:rPr>
        <w:t>Evidence / reference</w:t>
      </w:r>
    </w:p>
    <w:p>
      <w:r>
        <w:t>________________________________________________________________________________</w:t>
      </w:r>
    </w:p>
    <w:p>
      <w:pPr>
        <w:pStyle w:val="Heading1"/>
      </w:pPr>
      <w:r>
        <w:t>4. Evidence and timeline</w:t>
      </w:r>
    </w:p>
    <w:p>
      <w:r>
        <w:rPr>
          <w:b/>
        </w:rPr>
        <w:t>Timestamp</w:t>
      </w:r>
    </w:p>
    <w:p>
      <w:r>
        <w:t>________________________________________________________________________________</w:t>
      </w:r>
    </w:p>
    <w:p>
      <w:r>
        <w:rPr>
          <w:b/>
        </w:rPr>
        <w:t>Event / observation</w:t>
      </w:r>
    </w:p>
    <w:p>
      <w:r>
        <w:t>________________________________________________________________________________</w:t>
      </w:r>
    </w:p>
    <w:p>
      <w:r>
        <w:rPr>
          <w:b/>
        </w:rPr>
        <w:t>Evidence source</w:t>
      </w:r>
    </w:p>
    <w:p>
      <w:r>
        <w:t>________________________________________________________________________________</w:t>
      </w:r>
    </w:p>
    <w:p>
      <w:r>
        <w:rPr>
          <w:b/>
        </w:rPr>
        <w:t>What it establishes</w:t>
      </w:r>
    </w:p>
    <w:p>
      <w:r>
        <w:t>________________________________________________________________________________</w:t>
      </w:r>
    </w:p>
    <w:p>
      <w:pPr>
        <w:pStyle w:val="Heading1"/>
      </w:pPr>
      <w:r>
        <w:t>5. Cause analysis</w:t>
      </w:r>
    </w:p>
    <w:p>
      <w:r>
        <w:rPr>
          <w:b/>
        </w:rPr>
        <w:t>Method used (5 Whys, fishbone, fault tree, other)</w:t>
      </w:r>
    </w:p>
    <w:p>
      <w:r>
        <w:t>________________________________________________________________________________</w:t>
      </w:r>
    </w:p>
    <w:p>
      <w:r>
        <w:rPr>
          <w:b/>
        </w:rPr>
        <w:t>Candidate cause</w:t>
      </w:r>
    </w:p>
    <w:p>
      <w:r>
        <w:t>________________________________________________________________________________</w:t>
      </w:r>
    </w:p>
    <w:p>
      <w:r>
        <w:rPr>
          <w:b/>
        </w:rPr>
        <w:t>Evidence supporting / rejecting it</w:t>
      </w:r>
    </w:p>
    <w:p>
      <w:r>
        <w:t>________________________________________________________________________________</w:t>
      </w:r>
    </w:p>
    <w:p>
      <w:r>
        <w:rPr>
          <w:b/>
        </w:rPr>
        <w:t>Verified?</w:t>
      </w:r>
    </w:p>
    <w:p>
      <w:r>
        <w:t>________________________________________________________________________________</w:t>
      </w:r>
    </w:p>
    <w:p>
      <w:r>
        <w:rPr>
          <w:b/>
        </w:rPr>
        <w:t>Notes</w:t>
      </w:r>
    </w:p>
    <w:p>
      <w:r>
        <w:t>________________________________________________________________________________</w:t>
      </w:r>
    </w:p>
    <w:p>
      <w:pPr>
        <w:pStyle w:val="Heading1"/>
      </w:pPr>
      <w:r>
        <w:t>6. Root cause conclusion</w:t>
      </w:r>
    </w:p>
    <w:p>
      <w:r>
        <w:rPr>
          <w:b/>
        </w:rPr>
        <w:t>Primary root cause</w:t>
      </w:r>
    </w:p>
    <w:p>
      <w:r>
        <w:t>________________________________________________________________________________</w:t>
      </w:r>
    </w:p>
    <w:p>
      <w:r>
        <w:rPr>
          <w:b/>
        </w:rPr>
        <w:t>Contributing factors</w:t>
      </w:r>
    </w:p>
    <w:p>
      <w:r>
        <w:t>________________________________________________________________________________</w:t>
      </w:r>
    </w:p>
    <w:p>
      <w:r>
        <w:rPr>
          <w:b/>
        </w:rPr>
        <w:t>Why existing controls did not prevent or detect it</w:t>
      </w:r>
    </w:p>
    <w:p>
      <w:r>
        <w:t>________________________________________________________________________________</w:t>
      </w:r>
    </w:p>
    <w:p>
      <w:r>
        <w:rPr>
          <w:b/>
        </w:rPr>
        <w:t>Evidence that confirms the cause</w:t>
      </w:r>
    </w:p>
    <w:p>
      <w:r>
        <w:t>________________________________________________________________________________</w:t>
      </w:r>
    </w:p>
    <w:p>
      <w:pPr>
        <w:pStyle w:val="Heading1"/>
      </w:pPr>
      <w:r>
        <w:t>7. Corrective and preventive actions</w:t>
      </w:r>
    </w:p>
    <w:p>
      <w:r>
        <w:rPr>
          <w:b/>
        </w:rPr>
        <w:t>Action</w:t>
      </w:r>
    </w:p>
    <w:p>
      <w:r>
        <w:t>________________________________________________________________________________</w:t>
      </w:r>
    </w:p>
    <w:p>
      <w:r>
        <w:rPr>
          <w:b/>
        </w:rPr>
        <w:t>Type (corrective/preventive)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r>
        <w:rPr>
          <w:b/>
        </w:rPr>
        <w:t>Due date</w:t>
      </w:r>
    </w:p>
    <w:p>
      <w:r>
        <w:t>________________________________________________________________________________</w:t>
      </w:r>
    </w:p>
    <w:p>
      <w:r>
        <w:rPr>
          <w:b/>
        </w:rPr>
        <w:t>Success measure</w:t>
      </w:r>
    </w:p>
    <w:p>
      <w:r>
        <w:t>________________________________________________________________________________</w:t>
      </w:r>
    </w:p>
    <w:p>
      <w:r>
        <w:rPr>
          <w:b/>
        </w:rPr>
        <w:t>Status</w:t>
      </w:r>
    </w:p>
    <w:p>
      <w:r>
        <w:t>________________________________________________________________________________</w:t>
      </w:r>
    </w:p>
    <w:p>
      <w:pPr>
        <w:pStyle w:val="Heading1"/>
      </w:pPr>
      <w:r>
        <w:t>8. Effectiveness and closure</w:t>
      </w:r>
    </w:p>
    <w:p>
      <w:r>
        <w:rPr>
          <w:b/>
        </w:rPr>
        <w:t>Baseline</w:t>
      </w:r>
    </w:p>
    <w:p>
      <w:r>
        <w:t>________________________________________________________________________________</w:t>
      </w:r>
    </w:p>
    <w:p>
      <w:r>
        <w:rPr>
          <w:b/>
        </w:rPr>
        <w:t>Target</w:t>
      </w:r>
    </w:p>
    <w:p>
      <w:r>
        <w:t>________________________________________________________________________________</w:t>
      </w:r>
    </w:p>
    <w:p>
      <w:r>
        <w:rPr>
          <w:b/>
        </w:rPr>
        <w:t>Review period</w:t>
      </w:r>
    </w:p>
    <w:p>
      <w:r>
        <w:t>________________________________________________________________________________</w:t>
      </w:r>
    </w:p>
    <w:p>
      <w:r>
        <w:rPr>
          <w:b/>
        </w:rPr>
        <w:t>Observed result</w:t>
      </w:r>
    </w:p>
    <w:p>
      <w:r>
        <w:t>________________________________________________________________________________</w:t>
      </w:r>
    </w:p>
    <w:p>
      <w:r>
        <w:rPr>
          <w:b/>
        </w:rPr>
        <w:t>Recurrence checked?</w:t>
      </w:r>
    </w:p>
    <w:p>
      <w:r>
        <w:t>________________________________________________________________________________</w:t>
      </w:r>
    </w:p>
    <w:p>
      <w:r>
        <w:rPr>
          <w:b/>
        </w:rPr>
        <w:t>Reviewer / approval</w:t>
      </w:r>
    </w:p>
    <w:p>
      <w:r>
        <w:t>________________________________________________________________________________</w:t>
      </w:r>
    </w:p>
    <w:p>
      <w:r>
        <w:rPr>
          <w:b/>
        </w:rPr>
        <w:t>Lessons learned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