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Five Whys Analysis Worksheet</w:t>
      </w:r>
    </w:p>
    <w:p>
      <w:r>
        <w:t>Follow a causal chain without assuming that exactly five questions will always be enough.</w:t>
      </w:r>
    </w:p>
    <w:p>
      <w:r>
        <w:t>How to use: Complete the fields with observable facts and cite evidence where possible. Separate verified causes from hypotheses. Adapt the worksheet to your process and any applicable internal or regulatory requirements.</w:t>
      </w:r>
    </w:p>
    <w:p>
      <w:pPr>
        <w:pStyle w:val="Heading1"/>
      </w:pPr>
      <w:r>
        <w:t>Problem</w:t>
      </w:r>
    </w:p>
    <w:p>
      <w:r>
        <w:rPr>
          <w:b/>
        </w:rPr>
        <w:t>Describe the observed problem in specific, measurable terms.</w:t>
      </w:r>
    </w:p>
    <w:p>
      <w:r>
        <w:t>________________________________________________________________________________</w:t>
      </w:r>
    </w:p>
    <w:p>
      <w:pPr>
        <w:pStyle w:val="Heading1"/>
      </w:pPr>
      <w:r>
        <w:t>Why chain</w:t>
      </w:r>
    </w:p>
    <w:p>
      <w:r>
        <w:rPr>
          <w:b/>
        </w:rPr>
        <w:t>Why 1: Why did the problem occur?</w:t>
      </w:r>
    </w:p>
    <w:p>
      <w:r>
        <w:t>________________________________________________________________________________</w:t>
      </w:r>
    </w:p>
    <w:p>
      <w:r>
        <w:rPr>
          <w:b/>
        </w:rPr>
        <w:t>Why 2: What made that possible?</w:t>
      </w:r>
    </w:p>
    <w:p>
      <w:r>
        <w:t>________________________________________________________________________________</w:t>
      </w:r>
    </w:p>
    <w:p>
      <w:r>
        <w:rPr>
          <w:b/>
        </w:rPr>
        <w:t>Why 3: What allowed that condition to exist?</w:t>
      </w:r>
    </w:p>
    <w:p>
      <w:r>
        <w:t>________________________________________________________________________________</w:t>
      </w:r>
    </w:p>
    <w:p>
      <w:r>
        <w:rPr>
          <w:b/>
        </w:rPr>
        <w:t>Why 4: Which process or control failed?</w:t>
      </w:r>
    </w:p>
    <w:p>
      <w:r>
        <w:t>________________________________________________________________________________</w:t>
      </w:r>
    </w:p>
    <w:p>
      <w:r>
        <w:rPr>
          <w:b/>
        </w:rPr>
        <w:t>Why 5: What systemic condition explains the failure?</w:t>
      </w:r>
    </w:p>
    <w:p>
      <w:r>
        <w:t>________________________________________________________________________________</w:t>
      </w:r>
    </w:p>
    <w:p>
      <w:r>
        <w:rPr>
          <w:b/>
        </w:rPr>
        <w:t>Add another why if evidence shows the chain is not yet complete.</w:t>
      </w:r>
    </w:p>
    <w:p>
      <w:r>
        <w:t>________________________________________________________________________________</w:t>
      </w:r>
    </w:p>
    <w:p>
      <w:pPr>
        <w:pStyle w:val="Heading1"/>
      </w:pPr>
      <w:r>
        <w:t>Evidence check</w:t>
      </w:r>
    </w:p>
    <w:p>
      <w:r>
        <w:rPr>
          <w:b/>
        </w:rPr>
        <w:t>What evidence supports each answer?</w:t>
      </w:r>
    </w:p>
    <w:p>
      <w:r>
        <w:t>________________________________________________________________________________</w:t>
      </w:r>
    </w:p>
    <w:p>
      <w:r>
        <w:rPr>
          <w:b/>
        </w:rPr>
        <w:t>Which assumptions still need testing?</w:t>
      </w:r>
    </w:p>
    <w:p>
      <w:r>
        <w:t>________________________________________________________________________________</w:t>
      </w:r>
    </w:p>
    <w:p>
      <w:r>
        <w:rPr>
          <w:b/>
        </w:rPr>
        <w:t>Could more than one causal path exist?</w:t>
      </w:r>
    </w:p>
    <w:p>
      <w:r>
        <w:t>________________________________________________________________________________</w:t>
      </w:r>
    </w:p>
    <w:p>
      <w:pPr>
        <w:pStyle w:val="Heading1"/>
      </w:pPr>
      <w:r>
        <w:t>Action plan</w:t>
      </w:r>
    </w:p>
    <w:p>
      <w:r>
        <w:rPr>
          <w:b/>
        </w:rPr>
        <w:t>Verified root cause</w:t>
      </w:r>
    </w:p>
    <w:p>
      <w:r>
        <w:t>________________________________________________________________________________</w:t>
      </w:r>
    </w:p>
    <w:p>
      <w:r>
        <w:rPr>
          <w:b/>
        </w:rPr>
        <w:t>Action addressing the cause</w:t>
      </w:r>
    </w:p>
    <w:p>
      <w:r>
        <w:t>________________________________________________________________________________</w:t>
      </w:r>
    </w:p>
    <w:p>
      <w:r>
        <w:rPr>
          <w:b/>
        </w:rPr>
        <w:t>Owner</w:t>
      </w:r>
    </w:p>
    <w:p>
      <w:r>
        <w:t>________________________________________________________________________________</w:t>
      </w:r>
    </w:p>
    <w:p>
      <w:r>
        <w:rPr>
          <w:b/>
        </w:rPr>
        <w:t>Due date</w:t>
      </w:r>
    </w:p>
    <w:p>
      <w:r>
        <w:t>________________________________________________________________________________</w:t>
      </w:r>
    </w:p>
    <w:p>
      <w:r>
        <w:rPr>
          <w:b/>
        </w:rPr>
        <w:t>How effectiveness will be checked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Review reminder</w:t>
      </w:r>
    </w:p>
    <w:p>
      <w:r>
        <w:t>Do not close the investigation merely because an action is complete. Record how the team will verify that the action worked and whether the problem recurred.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