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Fishbone / Cause-and-Effect Worksheet</w:t>
      </w:r>
    </w:p>
    <w:p>
      <w:r>
        <w:t>Use the categories as prompts for discussion, not as proof that a cause exists.</w:t>
      </w:r>
    </w:p>
    <w:p>
      <w:r>
        <w:t>How to use: Complete the fields with observable facts and cite evidence where possible. Separate verified causes from hypotheses. Adapt the worksheet to your process and any applicable internal or regulatory requirements.</w:t>
      </w:r>
    </w:p>
    <w:p>
      <w:pPr>
        <w:pStyle w:val="Heading1"/>
      </w:pPr>
      <w:r>
        <w:t>Problem effect</w:t>
      </w:r>
    </w:p>
    <w:p>
      <w:r>
        <w:rPr>
          <w:b/>
        </w:rPr>
        <w:t>State the outcome at the fish head. Include date, location, scope and measurable impact.</w:t>
      </w:r>
    </w:p>
    <w:p>
      <w:r>
        <w:t>________________________________________________________________________________</w:t>
      </w:r>
    </w:p>
    <w:p>
      <w:pPr>
        <w:pStyle w:val="Heading1"/>
      </w:pPr>
      <w:r>
        <w:t>Potential cause categories</w:t>
      </w:r>
    </w:p>
    <w:p>
      <w:r>
        <w:rPr>
          <w:b/>
        </w:rPr>
        <w:t>People: training, workload, handoffs, role clarity</w:t>
      </w:r>
    </w:p>
    <w:p>
      <w:r>
        <w:t>________________________________________________________________________________</w:t>
      </w:r>
    </w:p>
    <w:p>
      <w:r>
        <w:rPr>
          <w:b/>
        </w:rPr>
        <w:t>Process / methods: unclear steps, approvals, standard work</w:t>
      </w:r>
    </w:p>
    <w:p>
      <w:r>
        <w:t>________________________________________________________________________________</w:t>
      </w:r>
    </w:p>
    <w:p>
      <w:r>
        <w:rPr>
          <w:b/>
        </w:rPr>
        <w:t>Technology / machines: software, equipment, configuration, reliability</w:t>
      </w:r>
    </w:p>
    <w:p>
      <w:r>
        <w:t>________________________________________________________________________________</w:t>
      </w:r>
    </w:p>
    <w:p>
      <w:r>
        <w:rPr>
          <w:b/>
        </w:rPr>
        <w:t>Materials / inputs: data quality, components, dependencies</w:t>
      </w:r>
    </w:p>
    <w:p>
      <w:r>
        <w:t>________________________________________________________________________________</w:t>
      </w:r>
    </w:p>
    <w:p>
      <w:r>
        <w:rPr>
          <w:b/>
        </w:rPr>
        <w:t>Measurement: monitoring, metrics, inspection, alert thresholds</w:t>
      </w:r>
    </w:p>
    <w:p>
      <w:r>
        <w:t>________________________________________________________________________________</w:t>
      </w:r>
    </w:p>
    <w:p>
      <w:r>
        <w:rPr>
          <w:b/>
        </w:rPr>
        <w:t>Environment / context: timing, conditions, interruptions, constraints</w:t>
      </w:r>
    </w:p>
    <w:p>
      <w:r>
        <w:t>________________________________________________________________________________</w:t>
      </w:r>
    </w:p>
    <w:p>
      <w:pPr>
        <w:pStyle w:val="Heading1"/>
      </w:pPr>
      <w:r>
        <w:t>Cause evidence</w:t>
      </w:r>
    </w:p>
    <w:p>
      <w:r>
        <w:rPr>
          <w:b/>
        </w:rPr>
        <w:t>Potential cause</w:t>
      </w:r>
    </w:p>
    <w:p>
      <w:r>
        <w:t>________________________________________________________________________________</w:t>
      </w:r>
    </w:p>
    <w:p>
      <w:r>
        <w:rPr>
          <w:b/>
        </w:rPr>
        <w:t>Evidence for</w:t>
      </w:r>
    </w:p>
    <w:p>
      <w:r>
        <w:t>________________________________________________________________________________</w:t>
      </w:r>
    </w:p>
    <w:p>
      <w:r>
        <w:rPr>
          <w:b/>
        </w:rPr>
        <w:t>Evidence against / gaps</w:t>
      </w:r>
    </w:p>
    <w:p>
      <w:r>
        <w:t>________________________________________________________________________________</w:t>
      </w:r>
    </w:p>
    <w:p>
      <w:r>
        <w:rPr>
          <w:b/>
        </w:rPr>
        <w:t>Test to verify</w:t>
      </w:r>
    </w:p>
    <w:p>
      <w:r>
        <w:t>________________________________________________________________________________</w:t>
      </w:r>
    </w:p>
    <w:p>
      <w:r>
        <w:rPr>
          <w:b/>
        </w:rPr>
        <w:t>Owner</w:t>
      </w:r>
    </w:p>
    <w:p>
      <w:r>
        <w:t>________________________________________________________________________________</w:t>
      </w:r>
    </w:p>
    <w:p>
      <w:pPr>
        <w:pStyle w:val="Heading1"/>
      </w:pPr>
      <w:r>
        <w:t>Conclusion</w:t>
      </w:r>
    </w:p>
    <w:p>
      <w:r>
        <w:rPr>
          <w:b/>
        </w:rPr>
        <w:t>Causes verified</w:t>
      </w:r>
    </w:p>
    <w:p>
      <w:r>
        <w:t>________________________________________________________________________________</w:t>
      </w:r>
    </w:p>
    <w:p>
      <w:r>
        <w:rPr>
          <w:b/>
        </w:rPr>
        <w:t>Causes ruled out</w:t>
      </w:r>
    </w:p>
    <w:p>
      <w:r>
        <w:t>________________________________________________________________________________</w:t>
      </w:r>
    </w:p>
    <w:p>
      <w:r>
        <w:rPr>
          <w:b/>
        </w:rPr>
        <w:t>Actions and owners</w:t>
      </w:r>
    </w:p>
    <w:p>
      <w:r>
        <w:t>________________________________________________________________________________</w:t>
      </w:r>
    </w:p>
    <w:p>
      <w:r>
        <w:rPr>
          <w:b/>
        </w:rPr>
        <w:t>Effectiveness measure</w:t>
      </w:r>
    </w:p>
    <w:p>
      <w:r>
        <w:t>________________________________________________________________________________</w:t>
      </w:r>
    </w:p>
    <w:p>
      <w:pPr>
        <w:pStyle w:val="Heading1"/>
      </w:pPr>
      <w:r>
        <w:t>Review reminder</w:t>
      </w:r>
    </w:p>
    <w:p>
      <w:r>
        <w:t>Do not close the investigation merely because an action is complete. Record how the team will verify that the action worked and whether the problem recurred.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