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Corrective and Preventive Action (CAPA) Form</w:t>
      </w:r>
    </w:p>
    <w:p>
      <w:r>
        <w:t>Track containment, correction, root cause, prevention, verification and approval in one record.</w:t>
      </w:r>
    </w:p>
    <w:p>
      <w:r>
        <w:t>How to use: Complete the fields with observable facts and cite evidence where possible. Separate verified causes from hypotheses. Adapt the worksheet to your process and any applicable internal or regulatory requirements.</w:t>
      </w:r>
    </w:p>
    <w:p>
      <w:pPr>
        <w:pStyle w:val="Heading1"/>
      </w:pPr>
      <w:r>
        <w:t>Request information</w:t>
      </w:r>
    </w:p>
    <w:p>
      <w:r>
        <w:rPr>
          <w:b/>
        </w:rPr>
        <w:t>CAPA ID</w:t>
      </w:r>
    </w:p>
    <w:p>
      <w:r>
        <w:t>________________________________________________________________________________</w:t>
      </w:r>
    </w:p>
    <w:p>
      <w:r>
        <w:rPr>
          <w:b/>
        </w:rPr>
        <w:t>Source (incident, audit, complaint, defect, trend)</w:t>
      </w:r>
    </w:p>
    <w:p>
      <w:r>
        <w:t>________________________________________________________________________________</w:t>
      </w:r>
    </w:p>
    <w:p>
      <w:r>
        <w:rPr>
          <w:b/>
        </w:rPr>
        <w:t>Raised by / date</w:t>
      </w:r>
    </w:p>
    <w:p>
      <w:r>
        <w:t>________________________________________________________________________________</w:t>
      </w:r>
    </w:p>
    <w:p>
      <w:r>
        <w:rPr>
          <w:b/>
        </w:rPr>
        <w:t>Process or product</w:t>
      </w:r>
    </w:p>
    <w:p>
      <w:r>
        <w:t>________________________________________________________________________________</w:t>
      </w:r>
    </w:p>
    <w:p>
      <w:r>
        <w:rPr>
          <w:b/>
        </w:rPr>
        <w:t>Risk / priority</w:t>
      </w:r>
    </w:p>
    <w:p>
      <w:r>
        <w:t>________________________________________________________________________________</w:t>
      </w:r>
    </w:p>
    <w:p>
      <w:pPr>
        <w:pStyle w:val="Heading1"/>
      </w:pPr>
      <w:r>
        <w:t>Problem and containment</w:t>
      </w:r>
    </w:p>
    <w:p>
      <w:r>
        <w:rPr>
          <w:b/>
        </w:rPr>
        <w:t>Problem statement</w:t>
      </w:r>
    </w:p>
    <w:p>
      <w:r>
        <w:t>________________________________________________________________________________</w:t>
      </w:r>
    </w:p>
    <w:p>
      <w:r>
        <w:rPr>
          <w:b/>
        </w:rPr>
        <w:t>Scope / impact</w:t>
      </w:r>
    </w:p>
    <w:p>
      <w:r>
        <w:t>________________________________________________________________________________</w:t>
      </w:r>
    </w:p>
    <w:p>
      <w:r>
        <w:rPr>
          <w:b/>
        </w:rPr>
        <w:t>Immediate containment</w:t>
      </w:r>
    </w:p>
    <w:p>
      <w:r>
        <w:t>________________________________________________________________________________</w:t>
      </w:r>
    </w:p>
    <w:p>
      <w:r>
        <w:rPr>
          <w:b/>
        </w:rPr>
        <w:t>Owner / completion date</w:t>
      </w:r>
    </w:p>
    <w:p>
      <w:r>
        <w:t>________________________________________________________________________________</w:t>
      </w:r>
    </w:p>
    <w:p>
      <w:pPr>
        <w:pStyle w:val="Heading1"/>
      </w:pPr>
      <w:r>
        <w:t>Root cause investigation</w:t>
      </w:r>
    </w:p>
    <w:p>
      <w:r>
        <w:rPr>
          <w:b/>
        </w:rPr>
        <w:t>Method used</w:t>
      </w:r>
    </w:p>
    <w:p>
      <w:r>
        <w:t>________________________________________________________________________________</w:t>
      </w:r>
    </w:p>
    <w:p>
      <w:r>
        <w:rPr>
          <w:b/>
        </w:rPr>
        <w:t>Verified root cause</w:t>
      </w:r>
    </w:p>
    <w:p>
      <w:r>
        <w:t>________________________________________________________________________________</w:t>
      </w:r>
    </w:p>
    <w:p>
      <w:r>
        <w:rPr>
          <w:b/>
        </w:rPr>
        <w:t>Contributing factors</w:t>
      </w:r>
    </w:p>
    <w:p>
      <w:r>
        <w:t>________________________________________________________________________________</w:t>
      </w:r>
    </w:p>
    <w:p>
      <w:r>
        <w:rPr>
          <w:b/>
        </w:rPr>
        <w:t>Evidence and references</w:t>
      </w:r>
    </w:p>
    <w:p>
      <w:r>
        <w:t>________________________________________________________________________________</w:t>
      </w:r>
    </w:p>
    <w:p>
      <w:pPr>
        <w:pStyle w:val="Heading1"/>
      </w:pPr>
      <w:r>
        <w:t>Actions</w:t>
      </w:r>
    </w:p>
    <w:p>
      <w:r>
        <w:rPr>
          <w:b/>
        </w:rPr>
        <w:t>Correction for this instance</w:t>
      </w:r>
    </w:p>
    <w:p>
      <w:r>
        <w:t>________________________________________________________________________________</w:t>
      </w:r>
    </w:p>
    <w:p>
      <w:r>
        <w:rPr>
          <w:b/>
        </w:rPr>
        <w:t>Corrective action to remove the cause</w:t>
      </w:r>
    </w:p>
    <w:p>
      <w:r>
        <w:t>________________________________________________________________________________</w:t>
      </w:r>
    </w:p>
    <w:p>
      <w:r>
        <w:rPr>
          <w:b/>
        </w:rPr>
        <w:t>Preventive action for similar processes</w:t>
      </w:r>
    </w:p>
    <w:p>
      <w:r>
        <w:t>________________________________________________________________________________</w:t>
      </w:r>
    </w:p>
    <w:p>
      <w:r>
        <w:rPr>
          <w:b/>
        </w:rPr>
        <w:t>Owner</w:t>
      </w:r>
    </w:p>
    <w:p>
      <w:r>
        <w:t>________________________________________________________________________________</w:t>
      </w:r>
    </w:p>
    <w:p>
      <w:r>
        <w:rPr>
          <w:b/>
        </w:rPr>
        <w:t>Due date</w:t>
      </w:r>
    </w:p>
    <w:p>
      <w:r>
        <w:t>________________________________________________________________________________</w:t>
      </w:r>
    </w:p>
    <w:p>
      <w:r>
        <w:rPr>
          <w:b/>
        </w:rPr>
        <w:t>Required resources</w:t>
      </w:r>
    </w:p>
    <w:p>
      <w:r>
        <w:t>________________________________________________________________________________</w:t>
      </w:r>
    </w:p>
    <w:p>
      <w:pPr>
        <w:pStyle w:val="Heading1"/>
      </w:pPr>
      <w:r>
        <w:t>Effectiveness and approval</w:t>
      </w:r>
    </w:p>
    <w:p>
      <w:r>
        <w:rPr>
          <w:b/>
        </w:rPr>
        <w:t>Success criteria</w:t>
      </w:r>
    </w:p>
    <w:p>
      <w:r>
        <w:t>________________________________________________________________________________</w:t>
      </w:r>
    </w:p>
    <w:p>
      <w:r>
        <w:rPr>
          <w:b/>
        </w:rPr>
        <w:t>Verification method and date</w:t>
      </w:r>
    </w:p>
    <w:p>
      <w:r>
        <w:t>________________________________________________________________________________</w:t>
      </w:r>
    </w:p>
    <w:p>
      <w:r>
        <w:rPr>
          <w:b/>
        </w:rPr>
        <w:t>Result / evidence</w:t>
      </w:r>
    </w:p>
    <w:p>
      <w:r>
        <w:t>________________________________________________________________________________</w:t>
      </w:r>
    </w:p>
    <w:p>
      <w:r>
        <w:rPr>
          <w:b/>
        </w:rPr>
        <w:t>Further action required?</w:t>
      </w:r>
    </w:p>
    <w:p>
      <w:r>
        <w:t>________________________________________________________________________________</w:t>
      </w:r>
    </w:p>
    <w:p>
      <w:r>
        <w:rPr>
          <w:b/>
        </w:rPr>
        <w:t>Reviewed by / date</w:t>
      </w:r>
    </w:p>
    <w:p>
      <w:r>
        <w:t>________________________________________________________________________________</w:t>
      </w:r>
    </w:p>
    <w:p>
      <w:r>
        <w:rPr>
          <w:b/>
        </w:rPr>
        <w:t>Closure approval</w:t>
      </w:r>
    </w:p>
    <w:p>
      <w:r>
        <w:t>________________________________________________________________________________</w:t>
      </w:r>
    </w:p>
    <w:p>
      <w:pPr>
        <w:pStyle w:val="Heading1"/>
      </w:pPr>
      <w:r>
        <w:t>Review reminder</w:t>
      </w:r>
    </w:p>
    <w:p>
      <w:r>
        <w:t>Do not close the investigation merely because an action is complete. Record how the team will verify that the action worked and whether the problem recurred.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