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 / Software Bug Root Cause Worksheet</w:t>
      </w:r>
    </w:p>
    <w:p>
      <w:r>
        <w:t>Trace a software defect through reproduction, code or configuration evidence, tests and prevention.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Bug details</w:t>
      </w:r>
    </w:p>
    <w:p>
      <w:r>
        <w:rPr>
          <w:b/>
        </w:rPr>
        <w:t>Ticket / incident ID</w:t>
      </w:r>
    </w:p>
    <w:p>
      <w:r>
        <w:t>________________________________________________________________________________</w:t>
      </w:r>
    </w:p>
    <w:p>
      <w:r>
        <w:rPr>
          <w:b/>
        </w:rPr>
        <w:t>Affected service / version</w:t>
      </w:r>
    </w:p>
    <w:p>
      <w:r>
        <w:t>________________________________________________________________________________</w:t>
      </w:r>
    </w:p>
    <w:p>
      <w:r>
        <w:rPr>
          <w:b/>
        </w:rPr>
        <w:t>Environment</w:t>
      </w:r>
    </w:p>
    <w:p>
      <w:r>
        <w:t>________________________________________________________________________________</w:t>
      </w:r>
    </w:p>
    <w:p>
      <w:r>
        <w:rPr>
          <w:b/>
        </w:rPr>
        <w:t>First seen</w:t>
      </w:r>
    </w:p>
    <w:p>
      <w:r>
        <w:t>________________________________________________________________________________</w:t>
      </w:r>
    </w:p>
    <w:p>
      <w:r>
        <w:rPr>
          <w:b/>
        </w:rPr>
        <w:t>Reproduction steps</w:t>
      </w:r>
    </w:p>
    <w:p>
      <w:r>
        <w:t>________________________________________________________________________________</w:t>
      </w:r>
    </w:p>
    <w:p>
      <w:r>
        <w:rPr>
          <w:b/>
        </w:rPr>
        <w:t>Expected vs actual behavior</w:t>
      </w:r>
    </w:p>
    <w:p>
      <w:r>
        <w:t>________________________________________________________________________________</w:t>
      </w:r>
    </w:p>
    <w:p>
      <w:pPr>
        <w:pStyle w:val="Heading1"/>
      </w:pPr>
      <w:r>
        <w:t>Technical evidence</w:t>
      </w:r>
    </w:p>
    <w:p>
      <w:r>
        <w:rPr>
          <w:b/>
        </w:rPr>
        <w:t>Logs / traces / metrics</w:t>
      </w:r>
    </w:p>
    <w:p>
      <w:r>
        <w:t>________________________________________________________________________________</w:t>
      </w:r>
    </w:p>
    <w:p>
      <w:r>
        <w:rPr>
          <w:b/>
        </w:rPr>
        <w:t>Recent changes</w:t>
      </w:r>
    </w:p>
    <w:p>
      <w:r>
        <w:t>________________________________________________________________________________</w:t>
      </w:r>
    </w:p>
    <w:p>
      <w:r>
        <w:rPr>
          <w:b/>
        </w:rPr>
        <w:t>Dependencies / configuration</w:t>
      </w:r>
    </w:p>
    <w:p>
      <w:r>
        <w:t>________________________________________________________________________________</w:t>
      </w:r>
    </w:p>
    <w:p>
      <w:r>
        <w:rPr>
          <w:b/>
        </w:rPr>
        <w:t>Reproduction result</w:t>
      </w:r>
    </w:p>
    <w:p>
      <w:r>
        <w:t>________________________________________________________________________________</w:t>
      </w:r>
    </w:p>
    <w:p>
      <w:r>
        <w:rPr>
          <w:b/>
        </w:rPr>
        <w:t>Scope and affected users</w:t>
      </w:r>
    </w:p>
    <w:p>
      <w:r>
        <w:t>________________________________________________________________________________</w:t>
      </w:r>
    </w:p>
    <w:p>
      <w:pPr>
        <w:pStyle w:val="Heading1"/>
      </w:pPr>
      <w:r>
        <w:t>Cause analysis</w:t>
      </w:r>
    </w:p>
    <w:p>
      <w:r>
        <w:rPr>
          <w:b/>
        </w:rPr>
        <w:t>Triggering condition</w:t>
      </w:r>
    </w:p>
    <w:p>
      <w:r>
        <w:t>________________________________________________________________________________</w:t>
      </w:r>
    </w:p>
    <w:p>
      <w:r>
        <w:rPr>
          <w:b/>
        </w:rPr>
        <w:t>Code / design / data / config cause</w:t>
      </w:r>
    </w:p>
    <w:p>
      <w:r>
        <w:t>________________________________________________________________________________</w:t>
      </w:r>
    </w:p>
    <w:p>
      <w:r>
        <w:rPr>
          <w:b/>
        </w:rPr>
        <w:t>Why tests did not catch it</w:t>
      </w:r>
    </w:p>
    <w:p>
      <w:r>
        <w:t>________________________________________________________________________________</w:t>
      </w:r>
    </w:p>
    <w:p>
      <w:r>
        <w:rPr>
          <w:b/>
        </w:rPr>
        <w:t>Why monitoring did not catch it</w:t>
      </w:r>
    </w:p>
    <w:p>
      <w:r>
        <w:t>________________________________________________________________________________</w:t>
      </w:r>
    </w:p>
    <w:p>
      <w:r>
        <w:rPr>
          <w:b/>
        </w:rPr>
        <w:t>Evidence / commit / test references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Resolution</w:t>
      </w:r>
    </w:p>
    <w:p>
      <w:r>
        <w:rPr>
          <w:b/>
        </w:rPr>
        <w:t>Fix or rollback</w:t>
      </w:r>
    </w:p>
    <w:p>
      <w:r>
        <w:t>________________________________________________________________________________</w:t>
      </w:r>
    </w:p>
    <w:p>
      <w:r>
        <w:rPr>
          <w:b/>
        </w:rPr>
        <w:t>Regression tests</w:t>
      </w:r>
    </w:p>
    <w:p>
      <w:r>
        <w:t>________________________________________________________________________________</w:t>
      </w:r>
    </w:p>
    <w:p>
      <w:r>
        <w:rPr>
          <w:b/>
        </w:rPr>
        <w:t>Monitoring change</w:t>
      </w:r>
    </w:p>
    <w:p>
      <w:r>
        <w:t>________________________________________________________________________________</w:t>
      </w:r>
    </w:p>
    <w:p>
      <w:r>
        <w:rPr>
          <w:b/>
        </w:rPr>
        <w:t>Owner and due date</w:t>
      </w:r>
    </w:p>
    <w:p>
      <w:r>
        <w:t>________________________________________________________________________________</w:t>
      </w:r>
    </w:p>
    <w:p>
      <w:r>
        <w:rPr>
          <w:b/>
        </w:rPr>
        <w:t>Release / deployment reference</w:t>
      </w:r>
    </w:p>
    <w:p>
      <w:r>
        <w:t>________________________________________________________________________________</w:t>
      </w:r>
    </w:p>
    <w:p>
      <w:r>
        <w:rPr>
          <w:b/>
        </w:rPr>
        <w:t>Post-release validation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